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F0B4B" w14:textId="77777777" w:rsidR="00DE477D" w:rsidRDefault="00880F31" w:rsidP="00804DC2">
      <w:pPr>
        <w:pStyle w:val="Heading1"/>
      </w:pPr>
      <w:r>
        <w:t>How to Make PDFs ADA Accessible</w:t>
      </w:r>
    </w:p>
    <w:p w14:paraId="7F1100F4" w14:textId="77777777" w:rsidR="00DE477D" w:rsidRPr="001B3335" w:rsidRDefault="00880F31" w:rsidP="001B3335">
      <w:pPr>
        <w:pStyle w:val="Heading2"/>
      </w:pPr>
      <w:r w:rsidRPr="001B3335">
        <w:t>1. Start with an Accessible Source Document</w:t>
      </w:r>
    </w:p>
    <w:p w14:paraId="4A5E8022" w14:textId="77777777" w:rsidR="00DE477D" w:rsidRDefault="00880F31">
      <w:r>
        <w:t>The best way to create an accessible PDF is to start with an accessible Word, PowerPoint, or InDesign file before exporting.</w:t>
      </w:r>
    </w:p>
    <w:p w14:paraId="26667CFB" w14:textId="77777777" w:rsidR="00DE477D" w:rsidRDefault="00880F31" w:rsidP="005A1BC5">
      <w:pPr>
        <w:pStyle w:val="ListParagraph"/>
      </w:pPr>
      <w:r>
        <w:t>Your source document should include:</w:t>
      </w:r>
      <w:r>
        <w:br/>
        <w:t>• Proper heading styles</w:t>
      </w:r>
      <w:r>
        <w:br/>
        <w:t>• Alt text for images</w:t>
      </w:r>
      <w:r>
        <w:br/>
        <w:t>• Structured lists</w:t>
      </w:r>
      <w:r>
        <w:br/>
        <w:t>• Accessible tables</w:t>
      </w:r>
      <w:r>
        <w:br/>
        <w:t>• Descriptive link text</w:t>
      </w:r>
    </w:p>
    <w:p w14:paraId="44D580DA" w14:textId="77777777" w:rsidR="00DE477D" w:rsidRDefault="00880F31">
      <w:r>
        <w:t>Export using:</w:t>
      </w:r>
      <w:r>
        <w:br/>
        <w:t>File → Save As → PDF</w:t>
      </w:r>
    </w:p>
    <w:p w14:paraId="4DBCF29A" w14:textId="77777777" w:rsidR="00DE477D" w:rsidRDefault="00880F31">
      <w:r>
        <w:t>Avoid printing to PDF because it removes accessibility structure.</w:t>
      </w:r>
    </w:p>
    <w:p w14:paraId="64B3DBC1" w14:textId="77777777" w:rsidR="00DE477D" w:rsidRDefault="00880F31" w:rsidP="00B75572">
      <w:pPr>
        <w:pStyle w:val="Heading2"/>
      </w:pPr>
      <w:r>
        <w:t>2. Add Document Tags</w:t>
      </w:r>
    </w:p>
    <w:p w14:paraId="630264D6" w14:textId="77777777" w:rsidR="00DE477D" w:rsidRDefault="00880F31">
      <w:r>
        <w:t>Tags are structural elements that allow screen readers to understand a document.</w:t>
      </w:r>
    </w:p>
    <w:p w14:paraId="6DE34AE5" w14:textId="77777777" w:rsidR="00DE477D" w:rsidRDefault="00880F31" w:rsidP="005A1BC5">
      <w:pPr>
        <w:pStyle w:val="ListParagraph"/>
      </w:pPr>
      <w:r>
        <w:t>Examples of tags include:</w:t>
      </w:r>
      <w:r>
        <w:br/>
        <w:t>• Heading 1</w:t>
      </w:r>
      <w:r>
        <w:br/>
        <w:t>• Paragraph</w:t>
      </w:r>
      <w:r>
        <w:br/>
        <w:t>• List</w:t>
      </w:r>
      <w:r>
        <w:br/>
        <w:t>• Table</w:t>
      </w:r>
      <w:r>
        <w:br/>
        <w:t>• Figure</w:t>
      </w:r>
    </w:p>
    <w:p w14:paraId="43BD1546" w14:textId="77777777" w:rsidR="00DE477D" w:rsidRDefault="00880F31" w:rsidP="00B33115">
      <w:pPr>
        <w:pStyle w:val="ListParagraph"/>
      </w:pPr>
      <w:r>
        <w:t>How to Check Tags in Adobe Acrobat Pro</w:t>
      </w:r>
      <w:r>
        <w:br/>
        <w:t>1. Open the PDF in Adobe Acrobat Pro.</w:t>
      </w:r>
      <w:r>
        <w:br/>
        <w:t>2. Go to View → Show/Hide → Navigation Panes → Tags.</w:t>
      </w:r>
    </w:p>
    <w:p w14:paraId="47E5EF6D" w14:textId="77777777" w:rsidR="00DE477D" w:rsidRDefault="00880F31">
      <w:r>
        <w:t xml:space="preserve">If the document </w:t>
      </w:r>
      <w:proofErr w:type="gramStart"/>
      <w:r>
        <w:t>says</w:t>
      </w:r>
      <w:proofErr w:type="gramEnd"/>
      <w:r>
        <w:t xml:space="preserve"> “No Tags Available,” the PDF is not accessible.</w:t>
      </w:r>
    </w:p>
    <w:p w14:paraId="5B1F0FFF" w14:textId="77777777" w:rsidR="00DE477D" w:rsidRDefault="00880F31" w:rsidP="00D679C9">
      <w:pPr>
        <w:pStyle w:val="ListParagraph"/>
      </w:pPr>
      <w:r>
        <w:lastRenderedPageBreak/>
        <w:t>Automatically Add Tags</w:t>
      </w:r>
      <w:r>
        <w:br/>
        <w:t>1. Go to Tools → Accessibility.</w:t>
      </w:r>
      <w:r>
        <w:br/>
        <w:t>2. Select Autotag Document.</w:t>
      </w:r>
    </w:p>
    <w:p w14:paraId="51B59CF3" w14:textId="77777777" w:rsidR="00DE477D" w:rsidRDefault="00880F31">
      <w:r>
        <w:t>Review the tags manually to ensure accuracy.</w:t>
      </w:r>
    </w:p>
    <w:p w14:paraId="3F530506" w14:textId="77777777" w:rsidR="00DE477D" w:rsidRDefault="00880F31" w:rsidP="000A4763">
      <w:pPr>
        <w:pStyle w:val="Heading2"/>
      </w:pPr>
      <w:r>
        <w:t>3. Verify Reading Order</w:t>
      </w:r>
    </w:p>
    <w:p w14:paraId="6EF47C7C" w14:textId="77777777" w:rsidR="00DE477D" w:rsidRDefault="00880F31">
      <w:r>
        <w:t>Screen readers follow the reading order of a document. If the order is incorrect, content may be read out of sequence.</w:t>
      </w:r>
    </w:p>
    <w:p w14:paraId="3458A1ED" w14:textId="77777777" w:rsidR="00DE477D" w:rsidRDefault="00880F31" w:rsidP="00AF0540">
      <w:pPr>
        <w:pStyle w:val="ListParagraph"/>
      </w:pPr>
      <w:r>
        <w:t>How to Check Reading Order</w:t>
      </w:r>
      <w:r>
        <w:br/>
        <w:t>1. Open Tools → Accessibility.</w:t>
      </w:r>
      <w:r>
        <w:br/>
        <w:t>2. Select Reading Order.</w:t>
      </w:r>
    </w:p>
    <w:p w14:paraId="089DC33E" w14:textId="77777777" w:rsidR="00AF0540" w:rsidRDefault="00AF0540" w:rsidP="001B33BC">
      <w:pPr>
        <w:pStyle w:val="ListParagraph"/>
      </w:pPr>
    </w:p>
    <w:p w14:paraId="4748C4C2" w14:textId="240901FB" w:rsidR="00DE477D" w:rsidRDefault="00880F31" w:rsidP="00AF0540">
      <w:pPr>
        <w:pStyle w:val="ListParagraph"/>
        <w:ind w:left="1440"/>
      </w:pPr>
      <w:r>
        <w:t>Ensure the order follows a logical sequence:</w:t>
      </w:r>
      <w:r>
        <w:br/>
        <w:t>1. Title</w:t>
      </w:r>
      <w:r>
        <w:br/>
        <w:t>2. Headings</w:t>
      </w:r>
      <w:r>
        <w:br/>
        <w:t>3. Body text</w:t>
      </w:r>
      <w:r>
        <w:br/>
        <w:t>4. Images</w:t>
      </w:r>
      <w:r>
        <w:br/>
        <w:t>5. Tables</w:t>
      </w:r>
    </w:p>
    <w:p w14:paraId="4DB12124" w14:textId="77777777" w:rsidR="00DE477D" w:rsidRDefault="00880F31" w:rsidP="000A4763">
      <w:pPr>
        <w:pStyle w:val="Heading2"/>
      </w:pPr>
      <w:r>
        <w:t>4. Add Alt Text to Images</w:t>
      </w:r>
    </w:p>
    <w:p w14:paraId="1F5133AD" w14:textId="77777777" w:rsidR="00DE477D" w:rsidRDefault="00880F31">
      <w:r>
        <w:t>Images must include alternative text descriptions so screen readers can explain them.</w:t>
      </w:r>
    </w:p>
    <w:p w14:paraId="09384646" w14:textId="77777777" w:rsidR="00DE477D" w:rsidRDefault="00880F31" w:rsidP="004A28CF">
      <w:pPr>
        <w:pStyle w:val="ListParagraph"/>
        <w:ind w:left="1440"/>
      </w:pPr>
      <w:r>
        <w:t>How to Add Alt Text</w:t>
      </w:r>
      <w:r>
        <w:br/>
        <w:t>1. Open Accessibility Tools.</w:t>
      </w:r>
      <w:r>
        <w:br/>
        <w:t>2. Select Set Alternate Text.</w:t>
      </w:r>
      <w:r>
        <w:br/>
        <w:t>3. Enter a meaningful description.</w:t>
      </w:r>
    </w:p>
    <w:p w14:paraId="4EEC9769" w14:textId="77777777" w:rsidR="00DE477D" w:rsidRDefault="00880F31">
      <w:r>
        <w:t>Example</w:t>
      </w:r>
      <w:r>
        <w:br/>
        <w:t>Poor Alt Text: image1</w:t>
      </w:r>
      <w:r>
        <w:br/>
        <w:t>Accessible Alt Text: Network diagram showing firewall protecting internal LAN and servers.</w:t>
      </w:r>
    </w:p>
    <w:p w14:paraId="657988E2" w14:textId="77777777" w:rsidR="00DE477D" w:rsidRDefault="00880F31">
      <w:r>
        <w:t>Decorative images should be marked as decorative or artifact so screen readers skip them.</w:t>
      </w:r>
    </w:p>
    <w:p w14:paraId="02853BF8" w14:textId="77777777" w:rsidR="00DE477D" w:rsidRDefault="00880F31" w:rsidP="000A4763">
      <w:pPr>
        <w:pStyle w:val="Heading2"/>
      </w:pPr>
      <w:r>
        <w:lastRenderedPageBreak/>
        <w:t>5. Ensure Proper Heading Structure</w:t>
      </w:r>
    </w:p>
    <w:p w14:paraId="4C5A41DB" w14:textId="77777777" w:rsidR="00DE477D" w:rsidRDefault="00880F31">
      <w:r>
        <w:t>Headings allow screen reader users to navigate documents.</w:t>
      </w:r>
    </w:p>
    <w:p w14:paraId="3D9D4135" w14:textId="77777777" w:rsidR="00DE477D" w:rsidRDefault="00880F31">
      <w:r>
        <w:t>Example Structure</w:t>
      </w:r>
      <w:r>
        <w:br/>
        <w:t>H1 – Document Title</w:t>
      </w:r>
      <w:r>
        <w:br/>
      </w:r>
      <w:r>
        <w:t>H2 – Section Heading</w:t>
      </w:r>
      <w:r>
        <w:br/>
        <w:t>H3 – Subsection</w:t>
      </w:r>
    </w:p>
    <w:p w14:paraId="54DB6625" w14:textId="77777777" w:rsidR="00DE477D" w:rsidRDefault="00880F31" w:rsidP="009F0F4A">
      <w:pPr>
        <w:pStyle w:val="ListParagraph"/>
        <w:ind w:left="1440"/>
      </w:pPr>
      <w:r>
        <w:t>How to Verify</w:t>
      </w:r>
      <w:r>
        <w:br/>
        <w:t>1. Open the Tags Panel.</w:t>
      </w:r>
      <w:r>
        <w:br/>
        <w:t>2. Confirm headings use tags such as:</w:t>
      </w:r>
      <w:r>
        <w:br/>
        <w:t>• &lt;H1&gt;</w:t>
      </w:r>
      <w:r>
        <w:br/>
        <w:t>• &lt;H2&gt;</w:t>
      </w:r>
      <w:r>
        <w:br/>
        <w:t>• &lt;H3&gt;</w:t>
      </w:r>
    </w:p>
    <w:p w14:paraId="7FEA75C0" w14:textId="77777777" w:rsidR="00DE477D" w:rsidRDefault="00880F31">
      <w:r>
        <w:t>Do not simulate headings by using bold text alone.</w:t>
      </w:r>
    </w:p>
    <w:p w14:paraId="60B43E8F" w14:textId="77777777" w:rsidR="00DE477D" w:rsidRDefault="00880F31" w:rsidP="000A4763">
      <w:pPr>
        <w:pStyle w:val="Heading2"/>
      </w:pPr>
      <w:r>
        <w:t>6. Fix Tables</w:t>
      </w:r>
    </w:p>
    <w:p w14:paraId="7DD0DEDE" w14:textId="77777777" w:rsidR="00DE477D" w:rsidRDefault="00880F31">
      <w:r>
        <w:t xml:space="preserve">Tables must include header </w:t>
      </w:r>
      <w:proofErr w:type="gramStart"/>
      <w:r>
        <w:t>rows</w:t>
      </w:r>
      <w:proofErr w:type="gramEnd"/>
      <w:r>
        <w:t xml:space="preserve"> so screen readers understand relationships between cells.</w:t>
      </w:r>
    </w:p>
    <w:p w14:paraId="5102F291" w14:textId="77777777" w:rsidR="00DE477D" w:rsidRDefault="00880F31" w:rsidP="003A3D2B">
      <w:pPr>
        <w:pStyle w:val="ListParagraph"/>
      </w:pPr>
      <w:r>
        <w:t>How to Fix Tables</w:t>
      </w:r>
      <w:r>
        <w:br/>
        <w:t>1. Open the Tags Panel.</w:t>
      </w:r>
      <w:r>
        <w:br/>
        <w:t>2. Expand the table tag.</w:t>
      </w:r>
      <w:r>
        <w:br/>
        <w:t>3. Ensure it contains:</w:t>
      </w:r>
      <w:r>
        <w:br/>
        <w:t>• &lt;TH&gt; for header cells</w:t>
      </w:r>
      <w:r>
        <w:br/>
        <w:t>• &lt;TD&gt; for data cells</w:t>
      </w:r>
    </w:p>
    <w:p w14:paraId="7920918B" w14:textId="77777777" w:rsidR="00DE477D" w:rsidRDefault="00880F31">
      <w:r>
        <w:t>Complex tables may require manual tagging.</w:t>
      </w:r>
    </w:p>
    <w:p w14:paraId="717C7EC6" w14:textId="77777777" w:rsidR="00DE477D" w:rsidRDefault="00880F31" w:rsidP="000A4763">
      <w:pPr>
        <w:pStyle w:val="Heading2"/>
      </w:pPr>
      <w:r>
        <w:t>7. Check Color Contrast</w:t>
      </w:r>
    </w:p>
    <w:p w14:paraId="501866BE" w14:textId="77777777" w:rsidR="00DE477D" w:rsidRDefault="00880F31">
      <w:r>
        <w:t>Text must be readable for users with low vision.</w:t>
      </w:r>
    </w:p>
    <w:p w14:paraId="532A67C1" w14:textId="77777777" w:rsidR="00DE477D" w:rsidRDefault="00880F31">
      <w:r>
        <w:t>WCAG 2.2 AA Requirement</w:t>
      </w:r>
      <w:r>
        <w:br/>
        <w:t>Minimum contrast ratio: 4.5:1</w:t>
      </w:r>
    </w:p>
    <w:p w14:paraId="1CDB4410" w14:textId="77777777" w:rsidR="00DE477D" w:rsidRDefault="00880F31" w:rsidP="005134F5">
      <w:pPr>
        <w:pStyle w:val="ListParagraph"/>
      </w:pPr>
      <w:r>
        <w:t>Avoid:</w:t>
      </w:r>
      <w:r>
        <w:br/>
        <w:t>• Light gray text</w:t>
      </w:r>
      <w:r>
        <w:br/>
      </w:r>
      <w:r>
        <w:lastRenderedPageBreak/>
        <w:t>• Red and green color combinations</w:t>
      </w:r>
      <w:r>
        <w:br/>
        <w:t>• Low contrast backgrounds</w:t>
      </w:r>
    </w:p>
    <w:p w14:paraId="22CED156" w14:textId="77777777" w:rsidR="00DE477D" w:rsidRDefault="00880F31" w:rsidP="000A4763">
      <w:pPr>
        <w:pStyle w:val="Heading2"/>
      </w:pPr>
      <w:r>
        <w:t>8. Ensure Text is Selectable</w:t>
      </w:r>
    </w:p>
    <w:p w14:paraId="73419A91" w14:textId="77777777" w:rsidR="00DE477D" w:rsidRDefault="00880F31">
      <w:r>
        <w:t>Some PDFs are scanned images, which screen readers cannot read.</w:t>
      </w:r>
    </w:p>
    <w:p w14:paraId="36D3B412" w14:textId="77777777" w:rsidR="00DE477D" w:rsidRDefault="00880F31">
      <w:r>
        <w:t>To fix this, run Optical Character Recognition (OCR):</w:t>
      </w:r>
    </w:p>
    <w:p w14:paraId="72AFF911" w14:textId="77777777" w:rsidR="00DE477D" w:rsidRDefault="00880F31">
      <w:r>
        <w:t>1. Open Tools → Scan &amp; OCR.</w:t>
      </w:r>
      <w:r>
        <w:br/>
        <w:t>2. Select Recognize Text.</w:t>
      </w:r>
    </w:p>
    <w:p w14:paraId="63F2FBE8" w14:textId="77777777" w:rsidR="00DE477D" w:rsidRDefault="00880F31">
      <w:r>
        <w:t>OCR converts image-based text into selectable, readable text.</w:t>
      </w:r>
    </w:p>
    <w:p w14:paraId="7BB6E159" w14:textId="77777777" w:rsidR="00DE477D" w:rsidRDefault="00880F31" w:rsidP="000A4763">
      <w:pPr>
        <w:pStyle w:val="Heading2"/>
      </w:pPr>
      <w:r>
        <w:t>9. Add Document Properties</w:t>
      </w:r>
    </w:p>
    <w:p w14:paraId="31F00D04" w14:textId="77777777" w:rsidR="00DE477D" w:rsidRDefault="00880F31">
      <w:r>
        <w:t>Accessible PDFs require proper metadata.</w:t>
      </w:r>
    </w:p>
    <w:p w14:paraId="61302BB1" w14:textId="77777777" w:rsidR="00DE477D" w:rsidRDefault="00880F31" w:rsidP="002062FD">
      <w:pPr>
        <w:pStyle w:val="ListParagraph"/>
      </w:pPr>
      <w:r>
        <w:t>How to Add Document Properties</w:t>
      </w:r>
      <w:r>
        <w:br/>
        <w:t>1. Go to File → Properties.</w:t>
      </w:r>
      <w:r>
        <w:br/>
        <w:t>2. Add:</w:t>
      </w:r>
      <w:r>
        <w:br/>
        <w:t>• Title</w:t>
      </w:r>
      <w:r>
        <w:br/>
        <w:t>• Author</w:t>
      </w:r>
      <w:r>
        <w:br/>
        <w:t>• Subject</w:t>
      </w:r>
    </w:p>
    <w:p w14:paraId="10090BF5" w14:textId="77777777" w:rsidR="00DE477D" w:rsidRDefault="00880F31">
      <w:r>
        <w:t>Then select:</w:t>
      </w:r>
      <w:r>
        <w:br/>
        <w:t>Initial View → Show Document Title</w:t>
      </w:r>
    </w:p>
    <w:p w14:paraId="461C63A3" w14:textId="77777777" w:rsidR="00DE477D" w:rsidRDefault="00880F31">
      <w:r>
        <w:t>This ensures screen readers announce the document title correctly.</w:t>
      </w:r>
    </w:p>
    <w:p w14:paraId="4A272F71" w14:textId="77777777" w:rsidR="00DE477D" w:rsidRDefault="00880F31" w:rsidP="000A4763">
      <w:pPr>
        <w:pStyle w:val="Heading2"/>
      </w:pPr>
      <w:r>
        <w:t>10. Run the Accessibility Checker</w:t>
      </w:r>
    </w:p>
    <w:p w14:paraId="5C53E9FA" w14:textId="77777777" w:rsidR="00DE477D" w:rsidRDefault="00880F31">
      <w:r>
        <w:t>Adobe Acrobat includes an accessibility checking tool.</w:t>
      </w:r>
    </w:p>
    <w:p w14:paraId="1A43F330" w14:textId="77777777" w:rsidR="00DE477D" w:rsidRDefault="00880F31" w:rsidP="0097466C">
      <w:pPr>
        <w:pStyle w:val="ListParagraph"/>
      </w:pPr>
      <w:r>
        <w:t>Steps</w:t>
      </w:r>
      <w:r>
        <w:br/>
        <w:t>1. Go to Tools → Accessibility.</w:t>
      </w:r>
      <w:r>
        <w:br/>
        <w:t>2. Select Full Check.</w:t>
      </w:r>
    </w:p>
    <w:p w14:paraId="3BD54A56" w14:textId="77777777" w:rsidR="00DE477D" w:rsidRDefault="00880F31">
      <w:r>
        <w:t>The checker identifies:</w:t>
      </w:r>
    </w:p>
    <w:p w14:paraId="00918D2D" w14:textId="77777777" w:rsidR="00DE477D" w:rsidRDefault="00880F31" w:rsidP="0097466C">
      <w:pPr>
        <w:pStyle w:val="ListParagraph"/>
      </w:pPr>
      <w:r>
        <w:t>Errors</w:t>
      </w:r>
      <w:r>
        <w:br/>
        <w:t>• Missing alt text</w:t>
      </w:r>
      <w:r>
        <w:br/>
      </w:r>
      <w:r>
        <w:lastRenderedPageBreak/>
        <w:t>• Untagged content</w:t>
      </w:r>
      <w:r>
        <w:br/>
        <w:t>• Missing document language</w:t>
      </w:r>
    </w:p>
    <w:p w14:paraId="6AE1B935" w14:textId="77777777" w:rsidR="00DE477D" w:rsidRDefault="00880F31" w:rsidP="0097466C">
      <w:pPr>
        <w:pStyle w:val="ListParagraph"/>
      </w:pPr>
      <w:r>
        <w:t>Warnings</w:t>
      </w:r>
      <w:r>
        <w:br/>
        <w:t>• Possible contrast issues</w:t>
      </w:r>
      <w:r>
        <w:br/>
      </w:r>
      <w:r>
        <w:t>• Reading order concerns</w:t>
      </w:r>
    </w:p>
    <w:p w14:paraId="708B197E" w14:textId="77777777" w:rsidR="00DE477D" w:rsidRDefault="00880F31" w:rsidP="002D5C96">
      <w:pPr>
        <w:pStyle w:val="Heading2"/>
      </w:pPr>
      <w:r>
        <w:t>Common PDF Accessibility Issues</w:t>
      </w:r>
    </w:p>
    <w:p w14:paraId="235DEA17" w14:textId="77777777" w:rsidR="00DE477D" w:rsidRDefault="00880F31" w:rsidP="00826878">
      <w:pPr>
        <w:pStyle w:val="ListParagraph"/>
      </w:pPr>
      <w:r>
        <w:t>Most non-compliant PDFs contain:</w:t>
      </w:r>
      <w:r>
        <w:br/>
        <w:t>• Missing tags</w:t>
      </w:r>
      <w:r>
        <w:br/>
        <w:t>• Images without alt text</w:t>
      </w:r>
      <w:r>
        <w:br/>
        <w:t>• Improper reading order</w:t>
      </w:r>
      <w:r>
        <w:br/>
        <w:t>• Untagged tables</w:t>
      </w:r>
      <w:r>
        <w:br/>
        <w:t>• Scanned text images</w:t>
      </w:r>
      <w:r>
        <w:br/>
        <w:t>• Missing document language</w:t>
      </w:r>
      <w:r>
        <w:br/>
        <w:t>• Poor color contrast</w:t>
      </w:r>
    </w:p>
    <w:p w14:paraId="64EA3CCF" w14:textId="77777777" w:rsidR="00DE477D" w:rsidRDefault="00880F31" w:rsidP="002D5C96">
      <w:pPr>
        <w:pStyle w:val="Heading2"/>
      </w:pPr>
      <w:r>
        <w:t>PDF Accessibility Checklist</w:t>
      </w:r>
    </w:p>
    <w:p w14:paraId="092BC3D8" w14:textId="77777777" w:rsidR="00DE477D" w:rsidRDefault="00880F31">
      <w:pPr>
        <w:pStyle w:val="ListBullet"/>
      </w:pPr>
      <w:r>
        <w:t>Document contains tags</w:t>
      </w:r>
    </w:p>
    <w:p w14:paraId="6F04E57F" w14:textId="77777777" w:rsidR="00DE477D" w:rsidRDefault="00880F31">
      <w:pPr>
        <w:pStyle w:val="ListBullet"/>
      </w:pPr>
      <w:r>
        <w:t>Reading order is correct</w:t>
      </w:r>
    </w:p>
    <w:p w14:paraId="29E52389" w14:textId="77777777" w:rsidR="00DE477D" w:rsidRDefault="00880F31">
      <w:pPr>
        <w:pStyle w:val="ListBullet"/>
      </w:pPr>
      <w:r>
        <w:t>Images include alt text</w:t>
      </w:r>
    </w:p>
    <w:p w14:paraId="569115E9" w14:textId="77777777" w:rsidR="00DE477D" w:rsidRDefault="00880F31">
      <w:pPr>
        <w:pStyle w:val="ListBullet"/>
      </w:pPr>
      <w:r>
        <w:t>Headings follow proper structure</w:t>
      </w:r>
    </w:p>
    <w:p w14:paraId="17026F01" w14:textId="77777777" w:rsidR="00DE477D" w:rsidRDefault="00880F31">
      <w:pPr>
        <w:pStyle w:val="ListBullet"/>
      </w:pPr>
      <w:r>
        <w:t>Tables include header rows</w:t>
      </w:r>
    </w:p>
    <w:p w14:paraId="5369274B" w14:textId="77777777" w:rsidR="00DE477D" w:rsidRDefault="00880F31">
      <w:pPr>
        <w:pStyle w:val="ListBullet"/>
      </w:pPr>
      <w:r>
        <w:t>Text is selectable (not scanned images)</w:t>
      </w:r>
    </w:p>
    <w:p w14:paraId="04154F5A" w14:textId="77777777" w:rsidR="00DE477D" w:rsidRDefault="00880F31">
      <w:pPr>
        <w:pStyle w:val="ListBullet"/>
      </w:pPr>
      <w:r>
        <w:t>Color contrast meets WCAG standards</w:t>
      </w:r>
    </w:p>
    <w:p w14:paraId="4091E0C6" w14:textId="77777777" w:rsidR="00DE477D" w:rsidRDefault="00880F31">
      <w:pPr>
        <w:pStyle w:val="ListBullet"/>
      </w:pPr>
      <w:r>
        <w:t>Document title and language are set</w:t>
      </w:r>
    </w:p>
    <w:p w14:paraId="3768E4CC" w14:textId="77777777" w:rsidR="00DE477D" w:rsidRDefault="00880F31">
      <w:pPr>
        <w:pStyle w:val="ListBullet"/>
      </w:pPr>
      <w:r>
        <w:t>Accessibility checker shows no critical errors</w:t>
      </w:r>
    </w:p>
    <w:p w14:paraId="4E1E29EB" w14:textId="77777777" w:rsidR="00DE477D" w:rsidRDefault="00880F31" w:rsidP="002D5C96">
      <w:pPr>
        <w:pStyle w:val="Heading2"/>
      </w:pPr>
      <w:r>
        <w:t>Recommended Workflow</w:t>
      </w:r>
    </w:p>
    <w:p w14:paraId="763B04F8" w14:textId="77777777" w:rsidR="00DE477D" w:rsidRDefault="00880F31">
      <w:pPr>
        <w:pStyle w:val="ListNumber"/>
      </w:pPr>
      <w:r>
        <w:t>Create an accessible Word or source document</w:t>
      </w:r>
    </w:p>
    <w:p w14:paraId="513A8DD0" w14:textId="77777777" w:rsidR="00DE477D" w:rsidRDefault="00880F31">
      <w:pPr>
        <w:pStyle w:val="ListNumber"/>
      </w:pPr>
      <w:r>
        <w:t>Export as a tagged PDF</w:t>
      </w:r>
    </w:p>
    <w:p w14:paraId="4E5F37CF" w14:textId="77777777" w:rsidR="00DE477D" w:rsidRDefault="00880F31">
      <w:pPr>
        <w:pStyle w:val="ListNumber"/>
      </w:pPr>
      <w:r>
        <w:t>Open the PDF in Adobe Acrobat Pro</w:t>
      </w:r>
    </w:p>
    <w:p w14:paraId="35ECD279" w14:textId="77777777" w:rsidR="00DE477D" w:rsidRDefault="00880F31">
      <w:pPr>
        <w:pStyle w:val="ListNumber"/>
      </w:pPr>
      <w:r>
        <w:t>Review tags and reading order</w:t>
      </w:r>
    </w:p>
    <w:p w14:paraId="5953305E" w14:textId="77777777" w:rsidR="00DE477D" w:rsidRDefault="00880F31">
      <w:pPr>
        <w:pStyle w:val="ListNumber"/>
      </w:pPr>
      <w:r>
        <w:t>Run the accessibility checker and correct issues</w:t>
      </w:r>
    </w:p>
    <w:sectPr w:rsidR="00DE47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B42C88"/>
    <w:multiLevelType w:val="hybridMultilevel"/>
    <w:tmpl w:val="46384C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8636BF1"/>
    <w:multiLevelType w:val="hybridMultilevel"/>
    <w:tmpl w:val="BB704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A25ADB"/>
    <w:multiLevelType w:val="hybridMultilevel"/>
    <w:tmpl w:val="99BC5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11B76"/>
    <w:multiLevelType w:val="hybridMultilevel"/>
    <w:tmpl w:val="5F26B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6B0595"/>
    <w:multiLevelType w:val="hybridMultilevel"/>
    <w:tmpl w:val="A3AA3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760DC"/>
    <w:multiLevelType w:val="hybridMultilevel"/>
    <w:tmpl w:val="381CF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A0178"/>
    <w:multiLevelType w:val="hybridMultilevel"/>
    <w:tmpl w:val="12080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A002E"/>
    <w:multiLevelType w:val="hybridMultilevel"/>
    <w:tmpl w:val="49E0A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62ADB"/>
    <w:multiLevelType w:val="hybridMultilevel"/>
    <w:tmpl w:val="9BA20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85571F9"/>
    <w:multiLevelType w:val="hybridMultilevel"/>
    <w:tmpl w:val="3AB494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CB1AB7"/>
    <w:multiLevelType w:val="hybridMultilevel"/>
    <w:tmpl w:val="461A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43CD4"/>
    <w:multiLevelType w:val="hybridMultilevel"/>
    <w:tmpl w:val="7D9E8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00CC4"/>
    <w:multiLevelType w:val="hybridMultilevel"/>
    <w:tmpl w:val="F95E3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8233D"/>
    <w:multiLevelType w:val="hybridMultilevel"/>
    <w:tmpl w:val="317A5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150CC"/>
    <w:multiLevelType w:val="hybridMultilevel"/>
    <w:tmpl w:val="B3CE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E6225"/>
    <w:multiLevelType w:val="hybridMultilevel"/>
    <w:tmpl w:val="CDFE2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0349D"/>
    <w:multiLevelType w:val="hybridMultilevel"/>
    <w:tmpl w:val="4AF87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A2381"/>
    <w:multiLevelType w:val="hybridMultilevel"/>
    <w:tmpl w:val="7C36B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16FBD"/>
    <w:multiLevelType w:val="hybridMultilevel"/>
    <w:tmpl w:val="C9F07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725309">
    <w:abstractNumId w:val="8"/>
  </w:num>
  <w:num w:numId="2" w16cid:durableId="190730823">
    <w:abstractNumId w:val="6"/>
  </w:num>
  <w:num w:numId="3" w16cid:durableId="2139300588">
    <w:abstractNumId w:val="5"/>
  </w:num>
  <w:num w:numId="4" w16cid:durableId="42872797">
    <w:abstractNumId w:val="4"/>
  </w:num>
  <w:num w:numId="5" w16cid:durableId="1150905558">
    <w:abstractNumId w:val="7"/>
  </w:num>
  <w:num w:numId="6" w16cid:durableId="1682660989">
    <w:abstractNumId w:val="3"/>
  </w:num>
  <w:num w:numId="7" w16cid:durableId="567963798">
    <w:abstractNumId w:val="2"/>
  </w:num>
  <w:num w:numId="8" w16cid:durableId="1379430962">
    <w:abstractNumId w:val="1"/>
  </w:num>
  <w:num w:numId="9" w16cid:durableId="1009523521">
    <w:abstractNumId w:val="0"/>
  </w:num>
  <w:num w:numId="10" w16cid:durableId="369646057">
    <w:abstractNumId w:val="15"/>
  </w:num>
  <w:num w:numId="11" w16cid:durableId="898713194">
    <w:abstractNumId w:val="14"/>
  </w:num>
  <w:num w:numId="12" w16cid:durableId="1984383457">
    <w:abstractNumId w:val="26"/>
  </w:num>
  <w:num w:numId="13" w16cid:durableId="1952008532">
    <w:abstractNumId w:val="24"/>
  </w:num>
  <w:num w:numId="14" w16cid:durableId="337655599">
    <w:abstractNumId w:val="22"/>
  </w:num>
  <w:num w:numId="15" w16cid:durableId="2114008150">
    <w:abstractNumId w:val="11"/>
  </w:num>
  <w:num w:numId="16" w16cid:durableId="527646624">
    <w:abstractNumId w:val="16"/>
  </w:num>
  <w:num w:numId="17" w16cid:durableId="939065640">
    <w:abstractNumId w:val="13"/>
  </w:num>
  <w:num w:numId="18" w16cid:durableId="885525932">
    <w:abstractNumId w:val="18"/>
  </w:num>
  <w:num w:numId="19" w16cid:durableId="1551838120">
    <w:abstractNumId w:val="9"/>
  </w:num>
  <w:num w:numId="20" w16cid:durableId="1763526744">
    <w:abstractNumId w:val="12"/>
  </w:num>
  <w:num w:numId="21" w16cid:durableId="1409888693">
    <w:abstractNumId w:val="17"/>
  </w:num>
  <w:num w:numId="22" w16cid:durableId="106891553">
    <w:abstractNumId w:val="25"/>
  </w:num>
  <w:num w:numId="23" w16cid:durableId="1327589106">
    <w:abstractNumId w:val="21"/>
  </w:num>
  <w:num w:numId="24" w16cid:durableId="2031098552">
    <w:abstractNumId w:val="20"/>
  </w:num>
  <w:num w:numId="25" w16cid:durableId="2080595757">
    <w:abstractNumId w:val="10"/>
  </w:num>
  <w:num w:numId="26" w16cid:durableId="1274707941">
    <w:abstractNumId w:val="23"/>
  </w:num>
  <w:num w:numId="27" w16cid:durableId="479466650">
    <w:abstractNumId w:val="27"/>
  </w:num>
  <w:num w:numId="28" w16cid:durableId="13006939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763"/>
    <w:rsid w:val="000A5B45"/>
    <w:rsid w:val="0015074B"/>
    <w:rsid w:val="001648D9"/>
    <w:rsid w:val="001B3335"/>
    <w:rsid w:val="001B33BC"/>
    <w:rsid w:val="002062FD"/>
    <w:rsid w:val="0023109F"/>
    <w:rsid w:val="0029639D"/>
    <w:rsid w:val="002D5C96"/>
    <w:rsid w:val="00326F90"/>
    <w:rsid w:val="003A3D2B"/>
    <w:rsid w:val="004A28CF"/>
    <w:rsid w:val="005134F5"/>
    <w:rsid w:val="005A1BC5"/>
    <w:rsid w:val="005D09B0"/>
    <w:rsid w:val="007E23D2"/>
    <w:rsid w:val="00804DC2"/>
    <w:rsid w:val="00826878"/>
    <w:rsid w:val="00880F31"/>
    <w:rsid w:val="008E3A04"/>
    <w:rsid w:val="0097466C"/>
    <w:rsid w:val="009F0F4A"/>
    <w:rsid w:val="00AA1D8D"/>
    <w:rsid w:val="00AF0540"/>
    <w:rsid w:val="00B33115"/>
    <w:rsid w:val="00B47730"/>
    <w:rsid w:val="00B75572"/>
    <w:rsid w:val="00CB0664"/>
    <w:rsid w:val="00D679C9"/>
    <w:rsid w:val="00DE477D"/>
    <w:rsid w:val="00E014EC"/>
    <w:rsid w:val="00F000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4C2B6"/>
  <w14:defaultImageDpi w14:val="300"/>
  <w15:docId w15:val="{2C23A114-CB6C-2346-B04F-AEF3A68D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DC2"/>
    <w:rPr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B3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5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1B3335"/>
    <w:pPr>
      <w:spacing w:after="0" w:line="240" w:lineRule="auto"/>
    </w:pPr>
    <w:rPr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B3335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5572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647</Words>
  <Characters>3456</Characters>
  <Application>Microsoft Office Word</Application>
  <DocSecurity>0</DocSecurity>
  <Lines>142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Timothy Lord</cp:lastModifiedBy>
  <cp:revision>22</cp:revision>
  <dcterms:created xsi:type="dcterms:W3CDTF">2026-03-10T14:57:00Z</dcterms:created>
  <dcterms:modified xsi:type="dcterms:W3CDTF">2026-04-17T16:11:00Z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2026-03-10T14:56:57Z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ad60d552-6e65-4dc2-8ce4-ead822328f9b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50, 3, 0, 1</vt:lpwstr>
  </property>
</Properties>
</file>