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0E00" w14:textId="77777777" w:rsidR="002859C5" w:rsidRPr="00D82238" w:rsidRDefault="00952193" w:rsidP="00F50E25">
      <w:pPr>
        <w:pStyle w:val="Heading1"/>
      </w:pPr>
      <w:r w:rsidRPr="00D82238">
        <w:t>How to Make Microsoft Word Documents ADA Accessible</w:t>
      </w:r>
    </w:p>
    <w:p w14:paraId="7AFBDC21" w14:textId="77777777" w:rsidR="002859C5" w:rsidRDefault="00952193" w:rsidP="00B80EDC">
      <w:pPr>
        <w:pStyle w:val="Heading2"/>
      </w:pPr>
      <w:r>
        <w:t>1. Use Built-In Heading Styles</w:t>
      </w:r>
    </w:p>
    <w:p w14:paraId="2B38DECB" w14:textId="77777777" w:rsidR="002859C5" w:rsidRDefault="00952193">
      <w:r>
        <w:t>Headings provide structure that allows screen readers to navigate documents efficiently.</w:t>
      </w:r>
    </w:p>
    <w:p w14:paraId="3FC7CE83" w14:textId="77777777" w:rsidR="002859C5" w:rsidRDefault="00952193" w:rsidP="00F50E25">
      <w:pPr>
        <w:pStyle w:val="ListParagraph"/>
      </w:pPr>
      <w:r>
        <w:t>How to Apply Headings</w:t>
      </w:r>
      <w:r>
        <w:br/>
        <w:t>1. Highlight the text you want to use as a heading.</w:t>
      </w:r>
      <w:r>
        <w:br/>
        <w:t>2. Go to the Home tab.</w:t>
      </w:r>
      <w:r>
        <w:br/>
        <w:t>3. Choose a style such as Heading 1, Heading 2, or Heading 3.</w:t>
      </w:r>
    </w:p>
    <w:p w14:paraId="41AEED62" w14:textId="77777777" w:rsidR="00825829" w:rsidRDefault="00825829" w:rsidP="00F50E25">
      <w:pPr>
        <w:pStyle w:val="ListParagraph"/>
      </w:pPr>
    </w:p>
    <w:p w14:paraId="6F4A5D57" w14:textId="6595DF93" w:rsidR="002859C5" w:rsidRDefault="00952193" w:rsidP="00F50E25">
      <w:pPr>
        <w:pStyle w:val="ListParagraph"/>
      </w:pPr>
      <w:r>
        <w:t>Best Practice Structure</w:t>
      </w:r>
      <w:r>
        <w:br/>
        <w:t>• Heading 1 – Document title</w:t>
      </w:r>
      <w:r>
        <w:br/>
        <w:t>• Heading 2 – Major sections</w:t>
      </w:r>
      <w:r>
        <w:br/>
        <w:t>• Heading 3 – Subsections</w:t>
      </w:r>
    </w:p>
    <w:p w14:paraId="12EBC613" w14:textId="77777777" w:rsidR="002859C5" w:rsidRDefault="00952193">
      <w:r>
        <w:t>Avoid creating headings by simply making text bold or increasing the font size.</w:t>
      </w:r>
    </w:p>
    <w:p w14:paraId="7A1A76EE" w14:textId="77777777" w:rsidR="002859C5" w:rsidRDefault="00952193" w:rsidP="00B80EDC">
      <w:pPr>
        <w:pStyle w:val="Heading2"/>
      </w:pPr>
      <w:r>
        <w:t>2. Use the Navigation Pane</w:t>
      </w:r>
    </w:p>
    <w:p w14:paraId="645172DB" w14:textId="77777777" w:rsidR="002859C5" w:rsidRDefault="00952193">
      <w:r>
        <w:t>The Navigation Pane allows users to move through a document by heading structure.</w:t>
      </w:r>
    </w:p>
    <w:p w14:paraId="23B03911" w14:textId="77777777" w:rsidR="002859C5" w:rsidRDefault="00952193">
      <w:r>
        <w:t>How to Open the Navigation Pane</w:t>
      </w:r>
      <w:r>
        <w:br/>
        <w:t>1. Go to the View tab.</w:t>
      </w:r>
      <w:r>
        <w:br/>
        <w:t>2. Select Navigation Pane.</w:t>
      </w:r>
    </w:p>
    <w:p w14:paraId="3A89FE2B" w14:textId="77777777" w:rsidR="002859C5" w:rsidRDefault="00952193">
      <w:r>
        <w:t>If headings are applied correctly, the document outline will appear and can be used for quick navigation.</w:t>
      </w:r>
    </w:p>
    <w:p w14:paraId="5AE88BEA" w14:textId="77777777" w:rsidR="002859C5" w:rsidRDefault="00952193" w:rsidP="00B80EDC">
      <w:pPr>
        <w:pStyle w:val="Heading2"/>
      </w:pPr>
      <w:r>
        <w:t>3. Add Alternative Text to Images</w:t>
      </w:r>
    </w:p>
    <w:p w14:paraId="264C771C" w14:textId="77777777" w:rsidR="002859C5" w:rsidRDefault="00952193">
      <w:r>
        <w:t>Images must include alternative text (alt text) so screen readers can describe the image.</w:t>
      </w:r>
    </w:p>
    <w:p w14:paraId="5E82449D" w14:textId="77777777" w:rsidR="002859C5" w:rsidRDefault="00952193" w:rsidP="0065219E">
      <w:pPr>
        <w:pStyle w:val="ListParagraph"/>
      </w:pPr>
      <w:r>
        <w:t>How to Add Alt Text</w:t>
      </w:r>
      <w:r>
        <w:br/>
        <w:t>1. Right-click the image.</w:t>
      </w:r>
      <w:r>
        <w:br/>
        <w:t>2. Select Edit Alt Text.</w:t>
      </w:r>
      <w:r>
        <w:br/>
        <w:t>3. Provide a short description explaining the purpose of the image.</w:t>
      </w:r>
    </w:p>
    <w:p w14:paraId="468F13E6" w14:textId="77777777" w:rsidR="002859C5" w:rsidRDefault="00952193">
      <w:r>
        <w:lastRenderedPageBreak/>
        <w:t>Example</w:t>
      </w:r>
      <w:r>
        <w:br/>
        <w:t>Poor Alt Text: image1</w:t>
      </w:r>
      <w:r>
        <w:br/>
        <w:t>Accessible Alt Text: Diagram showing a network firewall protecting internal servers.</w:t>
      </w:r>
    </w:p>
    <w:p w14:paraId="79FB48BA" w14:textId="77777777" w:rsidR="002859C5" w:rsidRDefault="00952193">
      <w:r>
        <w:t>Decorative images should be marked as decorative.</w:t>
      </w:r>
    </w:p>
    <w:p w14:paraId="3821F02C" w14:textId="77777777" w:rsidR="002859C5" w:rsidRDefault="00952193" w:rsidP="00B80EDC">
      <w:pPr>
        <w:pStyle w:val="Heading2"/>
      </w:pPr>
      <w:r>
        <w:t>4. Use Accessible Lists</w:t>
      </w:r>
    </w:p>
    <w:p w14:paraId="09079158" w14:textId="77777777" w:rsidR="002859C5" w:rsidRDefault="00952193">
      <w:r>
        <w:t>Lists should use Word’s built-in bullet or numbering tools.</w:t>
      </w:r>
    </w:p>
    <w:p w14:paraId="025F89C8" w14:textId="77777777" w:rsidR="002859C5" w:rsidRDefault="00952193" w:rsidP="0065219E">
      <w:pPr>
        <w:pStyle w:val="ListParagraph"/>
      </w:pPr>
      <w:r>
        <w:t>Use:</w:t>
      </w:r>
      <w:r>
        <w:br/>
        <w:t>• Bulleted lists</w:t>
      </w:r>
      <w:r>
        <w:br/>
        <w:t>• Numbered lists</w:t>
      </w:r>
    </w:p>
    <w:p w14:paraId="2B2043FA" w14:textId="77777777" w:rsidR="00E031DC" w:rsidRDefault="00E031DC" w:rsidP="00E031DC"/>
    <w:p w14:paraId="26356299" w14:textId="4A0B35EB" w:rsidR="002859C5" w:rsidRDefault="00952193" w:rsidP="00E031DC">
      <w:pPr>
        <w:pStyle w:val="ListParagraph"/>
      </w:pPr>
      <w:r>
        <w:t>Avoid manually typing:</w:t>
      </w:r>
      <w:r>
        <w:br/>
        <w:t>• Dashes</w:t>
      </w:r>
      <w:r>
        <w:br/>
        <w:t>• Numbers</w:t>
      </w:r>
    </w:p>
    <w:p w14:paraId="6914501D" w14:textId="77777777" w:rsidR="002859C5" w:rsidRDefault="00952193">
      <w:r>
        <w:t>Using the built-in list tools ensures screen readers properly interpret list structure.</w:t>
      </w:r>
    </w:p>
    <w:p w14:paraId="4B5252C8" w14:textId="77777777" w:rsidR="002859C5" w:rsidRDefault="00952193" w:rsidP="00B80EDC">
      <w:pPr>
        <w:pStyle w:val="Heading2"/>
      </w:pPr>
      <w:r>
        <w:t>5. Create Accessible Tables</w:t>
      </w:r>
    </w:p>
    <w:p w14:paraId="303EB23A" w14:textId="77777777" w:rsidR="002859C5" w:rsidRDefault="00952193">
      <w:r>
        <w:t>Tables should be used only for data and must include header rows.</w:t>
      </w:r>
    </w:p>
    <w:p w14:paraId="7048204D" w14:textId="77777777" w:rsidR="002859C5" w:rsidRDefault="00952193" w:rsidP="00AC08BB">
      <w:pPr>
        <w:pStyle w:val="ListParagraph"/>
      </w:pPr>
      <w:r>
        <w:t>How to Create an Accessible Table</w:t>
      </w:r>
      <w:r>
        <w:br/>
        <w:t>1. Go to Insert.</w:t>
      </w:r>
      <w:r>
        <w:br/>
        <w:t>2. Select Table.</w:t>
      </w:r>
      <w:r>
        <w:br/>
        <w:t>3. Create the table.</w:t>
      </w:r>
      <w:r>
        <w:br/>
        <w:t>4. Highlight the top row.</w:t>
      </w:r>
      <w:r>
        <w:br/>
        <w:t>5. Select Table Design.</w:t>
      </w:r>
      <w:r>
        <w:br/>
        <w:t>6. Enable Header Row.</w:t>
      </w:r>
    </w:p>
    <w:p w14:paraId="1A0C23E2" w14:textId="77777777" w:rsidR="002859C5" w:rsidRDefault="00952193">
      <w:r>
        <w:t>This allows screen readers to identify column headings.</w:t>
      </w:r>
    </w:p>
    <w:p w14:paraId="5EC95CF5" w14:textId="77777777" w:rsidR="002859C5" w:rsidRDefault="00952193" w:rsidP="00B80EDC">
      <w:pPr>
        <w:pStyle w:val="Heading2"/>
      </w:pPr>
      <w:r>
        <w:t>6. Use Meaningful Hyperlink Text</w:t>
      </w:r>
    </w:p>
    <w:p w14:paraId="6E000442" w14:textId="77777777" w:rsidR="002859C5" w:rsidRDefault="00952193">
      <w:r>
        <w:t>Hyperlinks should clearly describe their destination.</w:t>
      </w:r>
    </w:p>
    <w:p w14:paraId="11B04F57" w14:textId="77777777" w:rsidR="002859C5" w:rsidRDefault="00952193">
      <w:r>
        <w:t>Poor Example</w:t>
      </w:r>
      <w:r>
        <w:br/>
        <w:t>Click here</w:t>
      </w:r>
    </w:p>
    <w:p w14:paraId="33E07DB8" w14:textId="77777777" w:rsidR="002859C5" w:rsidRDefault="00952193">
      <w:r>
        <w:t>Accessible Example</w:t>
      </w:r>
      <w:r>
        <w:br/>
        <w:t>View the Web Content Accessibility Guidelines</w:t>
      </w:r>
    </w:p>
    <w:p w14:paraId="4643CFC3" w14:textId="77777777" w:rsidR="002859C5" w:rsidRDefault="00952193">
      <w:r>
        <w:lastRenderedPageBreak/>
        <w:t>Descriptive links help screen reader users understand where the link will take them.</w:t>
      </w:r>
    </w:p>
    <w:p w14:paraId="32865677" w14:textId="77777777" w:rsidR="002859C5" w:rsidRDefault="00952193" w:rsidP="00B80EDC">
      <w:pPr>
        <w:pStyle w:val="Heading2"/>
      </w:pPr>
      <w:r>
        <w:t>7. Ensure Good Color Contrast</w:t>
      </w:r>
    </w:p>
    <w:p w14:paraId="66AFD8E9" w14:textId="77777777" w:rsidR="002859C5" w:rsidRDefault="00952193">
      <w:r>
        <w:t>Text must be readable for users with low vision.</w:t>
      </w:r>
    </w:p>
    <w:p w14:paraId="03216001" w14:textId="77777777" w:rsidR="002859C5" w:rsidRDefault="00952193">
      <w:r>
        <w:t>WCAG 2.2 AA Requirement</w:t>
      </w:r>
      <w:r>
        <w:br/>
        <w:t>Minimum contrast ratio: 4.5:1</w:t>
      </w:r>
    </w:p>
    <w:p w14:paraId="326CB56B" w14:textId="77777777" w:rsidR="002859C5" w:rsidRDefault="00952193" w:rsidP="00AC08BB">
      <w:pPr>
        <w:pStyle w:val="ListParagraph"/>
      </w:pPr>
      <w:r>
        <w:t>Best Practices</w:t>
      </w:r>
      <w:r>
        <w:br/>
        <w:t>• Use dark text on light backgrounds</w:t>
      </w:r>
      <w:r>
        <w:br/>
        <w:t>• Avoid light gray text</w:t>
      </w:r>
      <w:r>
        <w:br/>
        <w:t>• Avoid red and green color combinations</w:t>
      </w:r>
    </w:p>
    <w:p w14:paraId="0F78A66A" w14:textId="77777777" w:rsidR="002859C5" w:rsidRDefault="00952193" w:rsidP="00B80EDC">
      <w:pPr>
        <w:pStyle w:val="Heading2"/>
      </w:pPr>
      <w:r>
        <w:t>8. Use Readable Fonts</w:t>
      </w:r>
    </w:p>
    <w:p w14:paraId="2294E123" w14:textId="77777777" w:rsidR="002859C5" w:rsidRDefault="00952193">
      <w:r>
        <w:t>Choose clear, readable fonts and appropriate sizes.</w:t>
      </w:r>
    </w:p>
    <w:p w14:paraId="448DD122" w14:textId="77777777" w:rsidR="002859C5" w:rsidRDefault="00952193" w:rsidP="00AC08BB">
      <w:pPr>
        <w:pStyle w:val="ListParagraph"/>
      </w:pPr>
      <w:r>
        <w:t>Recommended Fonts</w:t>
      </w:r>
      <w:r>
        <w:br/>
        <w:t>• Calibri</w:t>
      </w:r>
      <w:r>
        <w:br/>
        <w:t>• Arial</w:t>
      </w:r>
      <w:r>
        <w:br/>
        <w:t>• Verdana</w:t>
      </w:r>
      <w:r>
        <w:br/>
        <w:t>• Tahoma</w:t>
      </w:r>
    </w:p>
    <w:p w14:paraId="34142D91" w14:textId="77777777" w:rsidR="00160B2F" w:rsidRDefault="00160B2F" w:rsidP="00AC08BB">
      <w:pPr>
        <w:pStyle w:val="ListParagraph"/>
      </w:pPr>
    </w:p>
    <w:p w14:paraId="0F9CE1E4" w14:textId="4C2149AC" w:rsidR="002859C5" w:rsidRDefault="00952193" w:rsidP="00AC08BB">
      <w:pPr>
        <w:pStyle w:val="ListParagraph"/>
      </w:pPr>
      <w:r>
        <w:t>Recommended Sizes</w:t>
      </w:r>
      <w:r>
        <w:br/>
        <w:t>• Body text: 12 pt or larger</w:t>
      </w:r>
      <w:r>
        <w:br/>
        <w:t>• Headings: 16 pt or larger</w:t>
      </w:r>
    </w:p>
    <w:p w14:paraId="1092A7D2" w14:textId="77777777" w:rsidR="002859C5" w:rsidRDefault="00952193">
      <w:r>
        <w:t>Avoid decorative fonts and long paragraphs written in ALL CAPS.</w:t>
      </w:r>
    </w:p>
    <w:p w14:paraId="653CDB69" w14:textId="77777777" w:rsidR="002859C5" w:rsidRDefault="00952193" w:rsidP="00B80EDC">
      <w:pPr>
        <w:pStyle w:val="Heading2"/>
      </w:pPr>
      <w:r>
        <w:t>9. Avoid Using Blank Spaces for Layout</w:t>
      </w:r>
    </w:p>
    <w:p w14:paraId="6ABA26DB" w14:textId="77777777" w:rsidR="002859C5" w:rsidRDefault="00952193">
      <w:r>
        <w:t>Do not press Enter multiple times or use spaces to create visual layout.</w:t>
      </w:r>
    </w:p>
    <w:p w14:paraId="027185FD" w14:textId="77777777" w:rsidR="002859C5" w:rsidRDefault="00952193" w:rsidP="00160B2F">
      <w:pPr>
        <w:pStyle w:val="ListParagraph"/>
      </w:pPr>
      <w:r>
        <w:t>Instead use:</w:t>
      </w:r>
      <w:r>
        <w:br/>
        <w:t>• Paragraph spacing</w:t>
      </w:r>
      <w:r>
        <w:br/>
        <w:t>• Styles</w:t>
      </w:r>
      <w:r>
        <w:br/>
        <w:t>• Page layout tools</w:t>
      </w:r>
    </w:p>
    <w:p w14:paraId="582DFA00" w14:textId="77777777" w:rsidR="002859C5" w:rsidRDefault="00952193">
      <w:r>
        <w:t>Proper formatting ensures consistent reading order.</w:t>
      </w:r>
    </w:p>
    <w:p w14:paraId="76DCA997" w14:textId="77777777" w:rsidR="002859C5" w:rsidRDefault="00952193" w:rsidP="0090794A">
      <w:pPr>
        <w:pStyle w:val="Heading2"/>
      </w:pPr>
      <w:r>
        <w:t>10. Run the Accessibility Checker</w:t>
      </w:r>
    </w:p>
    <w:p w14:paraId="0A6303AA" w14:textId="77777777" w:rsidR="002859C5" w:rsidRDefault="00952193">
      <w:r>
        <w:t>Microsoft Word includes a built-in accessibility checking tool.</w:t>
      </w:r>
    </w:p>
    <w:p w14:paraId="13904356" w14:textId="77777777" w:rsidR="002859C5" w:rsidRDefault="00952193" w:rsidP="00160B2F">
      <w:pPr>
        <w:pStyle w:val="ListParagraph"/>
      </w:pPr>
      <w:r>
        <w:lastRenderedPageBreak/>
        <w:t>How to Run the Accessibility Checker</w:t>
      </w:r>
      <w:r>
        <w:br/>
        <w:t>1. Go to the Review tab.</w:t>
      </w:r>
      <w:r>
        <w:br/>
        <w:t>2. Select Check Accessibility.</w:t>
      </w:r>
    </w:p>
    <w:p w14:paraId="20740506" w14:textId="77777777" w:rsidR="002859C5" w:rsidRDefault="00952193">
      <w:r>
        <w:t>The Accessibility Pane will identify:</w:t>
      </w:r>
    </w:p>
    <w:p w14:paraId="1DF1754C" w14:textId="77777777" w:rsidR="002859C5" w:rsidRDefault="00952193" w:rsidP="00160B2F">
      <w:pPr>
        <w:pStyle w:val="ListParagraph"/>
      </w:pPr>
      <w:r>
        <w:t>Errors</w:t>
      </w:r>
      <w:r>
        <w:br/>
        <w:t>• Missing alt text</w:t>
      </w:r>
      <w:r>
        <w:br/>
      </w:r>
      <w:r>
        <w:t>• Improper heading structure</w:t>
      </w:r>
    </w:p>
    <w:p w14:paraId="056C8620" w14:textId="77777777" w:rsidR="00160B2F" w:rsidRDefault="00160B2F" w:rsidP="00160B2F">
      <w:pPr>
        <w:pStyle w:val="ListParagraph"/>
      </w:pPr>
    </w:p>
    <w:p w14:paraId="532DAE57" w14:textId="2E44187F" w:rsidR="002859C5" w:rsidRDefault="00952193" w:rsidP="00160B2F">
      <w:pPr>
        <w:pStyle w:val="ListParagraph"/>
      </w:pPr>
      <w:r>
        <w:t>Warnings</w:t>
      </w:r>
      <w:r>
        <w:br/>
        <w:t>• Unclear link text</w:t>
      </w:r>
      <w:r>
        <w:br/>
        <w:t>• Table structure issues</w:t>
      </w:r>
    </w:p>
    <w:p w14:paraId="1A860F42" w14:textId="77777777" w:rsidR="002859C5" w:rsidRPr="00B80EDC" w:rsidRDefault="00952193" w:rsidP="00B80EDC">
      <w:pPr>
        <w:pStyle w:val="Heading2"/>
      </w:pPr>
      <w:r w:rsidRPr="00B80EDC">
        <w:t>Word Accessibility Checklist</w:t>
      </w:r>
    </w:p>
    <w:p w14:paraId="24040DAD" w14:textId="77777777" w:rsidR="002859C5" w:rsidRDefault="00952193">
      <w:pPr>
        <w:pStyle w:val="ListBullet"/>
      </w:pPr>
      <w:r>
        <w:t>Use built-in heading styles</w:t>
      </w:r>
    </w:p>
    <w:p w14:paraId="4A8D7040" w14:textId="77777777" w:rsidR="002859C5" w:rsidRDefault="00952193">
      <w:pPr>
        <w:pStyle w:val="ListBullet"/>
      </w:pPr>
      <w:r>
        <w:t>Ensure images include alt text</w:t>
      </w:r>
    </w:p>
    <w:p w14:paraId="2F182F40" w14:textId="77777777" w:rsidR="002859C5" w:rsidRDefault="00952193">
      <w:pPr>
        <w:pStyle w:val="ListBullet"/>
      </w:pPr>
      <w:r>
        <w:t>Use built-in lists</w:t>
      </w:r>
    </w:p>
    <w:p w14:paraId="4DD98896" w14:textId="77777777" w:rsidR="002859C5" w:rsidRDefault="00952193">
      <w:pPr>
        <w:pStyle w:val="ListBullet"/>
      </w:pPr>
      <w:r>
        <w:t>Tables include header rows</w:t>
      </w:r>
    </w:p>
    <w:p w14:paraId="2D59B045" w14:textId="77777777" w:rsidR="002859C5" w:rsidRDefault="00952193">
      <w:pPr>
        <w:pStyle w:val="ListBullet"/>
      </w:pPr>
      <w:r>
        <w:t>Hyperlinks use descriptive text</w:t>
      </w:r>
    </w:p>
    <w:p w14:paraId="64CC0F5F" w14:textId="77777777" w:rsidR="002859C5" w:rsidRDefault="00952193">
      <w:pPr>
        <w:pStyle w:val="ListBullet"/>
      </w:pPr>
      <w:r>
        <w:t>Maintain strong color contrast</w:t>
      </w:r>
    </w:p>
    <w:p w14:paraId="03769438" w14:textId="77777777" w:rsidR="002859C5" w:rsidRDefault="00952193">
      <w:pPr>
        <w:pStyle w:val="ListBullet"/>
      </w:pPr>
      <w:r>
        <w:t>Use readable fonts and sizes</w:t>
      </w:r>
    </w:p>
    <w:p w14:paraId="7720E09D" w14:textId="77777777" w:rsidR="002859C5" w:rsidRDefault="00952193">
      <w:pPr>
        <w:pStyle w:val="ListBullet"/>
      </w:pPr>
      <w:r>
        <w:t>Avoid blank spacing for layout</w:t>
      </w:r>
    </w:p>
    <w:p w14:paraId="4355D0AF" w14:textId="77777777" w:rsidR="002859C5" w:rsidRDefault="00952193">
      <w:pPr>
        <w:pStyle w:val="ListBullet"/>
      </w:pPr>
      <w:r>
        <w:t>Run the Accessibility Checker</w:t>
      </w:r>
    </w:p>
    <w:p w14:paraId="4E33A7C2" w14:textId="77777777" w:rsidR="002859C5" w:rsidRDefault="00952193" w:rsidP="00B80EDC">
      <w:pPr>
        <w:pStyle w:val="Heading2"/>
      </w:pPr>
      <w:r>
        <w:t>Recommended Workflow</w:t>
      </w:r>
    </w:p>
    <w:p w14:paraId="2EB7A3AE" w14:textId="77777777" w:rsidR="002859C5" w:rsidRDefault="00952193">
      <w:pPr>
        <w:pStyle w:val="ListNumber"/>
      </w:pPr>
      <w:r>
        <w:t>Create the document using heading styles</w:t>
      </w:r>
    </w:p>
    <w:p w14:paraId="560F1AC2" w14:textId="77777777" w:rsidR="002859C5" w:rsidRDefault="00952193">
      <w:pPr>
        <w:pStyle w:val="ListNumber"/>
      </w:pPr>
      <w:r>
        <w:t>Add alt text to images</w:t>
      </w:r>
    </w:p>
    <w:p w14:paraId="1C82686F" w14:textId="77777777" w:rsidR="002859C5" w:rsidRDefault="00952193">
      <w:pPr>
        <w:pStyle w:val="ListNumber"/>
      </w:pPr>
      <w:r>
        <w:t>Structure lists and tables properly</w:t>
      </w:r>
    </w:p>
    <w:p w14:paraId="51ED29A3" w14:textId="77777777" w:rsidR="002859C5" w:rsidRDefault="00952193">
      <w:pPr>
        <w:pStyle w:val="ListNumber"/>
      </w:pPr>
      <w:r>
        <w:t>Check color contrast and fonts</w:t>
      </w:r>
    </w:p>
    <w:p w14:paraId="12633EB7" w14:textId="77777777" w:rsidR="002859C5" w:rsidRDefault="00952193">
      <w:pPr>
        <w:pStyle w:val="ListNumber"/>
      </w:pPr>
      <w:r>
        <w:t>Run the Word Accessibility Checker before sharing</w:t>
      </w:r>
    </w:p>
    <w:sectPr w:rsidR="002859C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C400EC"/>
    <w:multiLevelType w:val="hybridMultilevel"/>
    <w:tmpl w:val="19C4F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D13A9"/>
    <w:multiLevelType w:val="hybridMultilevel"/>
    <w:tmpl w:val="C6E62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4489C"/>
    <w:multiLevelType w:val="hybridMultilevel"/>
    <w:tmpl w:val="7B30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93054"/>
    <w:multiLevelType w:val="hybridMultilevel"/>
    <w:tmpl w:val="94922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55C77"/>
    <w:multiLevelType w:val="hybridMultilevel"/>
    <w:tmpl w:val="031A7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C77CB"/>
    <w:multiLevelType w:val="hybridMultilevel"/>
    <w:tmpl w:val="D78A7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C4350"/>
    <w:multiLevelType w:val="hybridMultilevel"/>
    <w:tmpl w:val="0FD83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9590A"/>
    <w:multiLevelType w:val="hybridMultilevel"/>
    <w:tmpl w:val="374CE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B7DDA"/>
    <w:multiLevelType w:val="hybridMultilevel"/>
    <w:tmpl w:val="EC008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23E7D"/>
    <w:multiLevelType w:val="hybridMultilevel"/>
    <w:tmpl w:val="0DACD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A1372"/>
    <w:multiLevelType w:val="hybridMultilevel"/>
    <w:tmpl w:val="6494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D68BA"/>
    <w:multiLevelType w:val="hybridMultilevel"/>
    <w:tmpl w:val="E862A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B4840"/>
    <w:multiLevelType w:val="hybridMultilevel"/>
    <w:tmpl w:val="F7AA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35976"/>
    <w:multiLevelType w:val="hybridMultilevel"/>
    <w:tmpl w:val="94540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252BB"/>
    <w:multiLevelType w:val="hybridMultilevel"/>
    <w:tmpl w:val="409C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028018">
    <w:abstractNumId w:val="8"/>
  </w:num>
  <w:num w:numId="2" w16cid:durableId="463157296">
    <w:abstractNumId w:val="6"/>
  </w:num>
  <w:num w:numId="3" w16cid:durableId="880049693">
    <w:abstractNumId w:val="5"/>
  </w:num>
  <w:num w:numId="4" w16cid:durableId="1336299722">
    <w:abstractNumId w:val="4"/>
  </w:num>
  <w:num w:numId="5" w16cid:durableId="1859588084">
    <w:abstractNumId w:val="7"/>
  </w:num>
  <w:num w:numId="6" w16cid:durableId="97533502">
    <w:abstractNumId w:val="3"/>
  </w:num>
  <w:num w:numId="7" w16cid:durableId="1811164129">
    <w:abstractNumId w:val="2"/>
  </w:num>
  <w:num w:numId="8" w16cid:durableId="1961262286">
    <w:abstractNumId w:val="1"/>
  </w:num>
  <w:num w:numId="9" w16cid:durableId="157504693">
    <w:abstractNumId w:val="0"/>
  </w:num>
  <w:num w:numId="10" w16cid:durableId="2142308164">
    <w:abstractNumId w:val="22"/>
  </w:num>
  <w:num w:numId="11" w16cid:durableId="1325930895">
    <w:abstractNumId w:val="20"/>
  </w:num>
  <w:num w:numId="12" w16cid:durableId="1030494422">
    <w:abstractNumId w:val="23"/>
  </w:num>
  <w:num w:numId="13" w16cid:durableId="731077488">
    <w:abstractNumId w:val="15"/>
  </w:num>
  <w:num w:numId="14" w16cid:durableId="1830437545">
    <w:abstractNumId w:val="10"/>
  </w:num>
  <w:num w:numId="15" w16cid:durableId="345374972">
    <w:abstractNumId w:val="21"/>
  </w:num>
  <w:num w:numId="16" w16cid:durableId="1693066389">
    <w:abstractNumId w:val="12"/>
  </w:num>
  <w:num w:numId="17" w16cid:durableId="2124769080">
    <w:abstractNumId w:val="11"/>
  </w:num>
  <w:num w:numId="18" w16cid:durableId="1273056845">
    <w:abstractNumId w:val="14"/>
  </w:num>
  <w:num w:numId="19" w16cid:durableId="1558317290">
    <w:abstractNumId w:val="9"/>
  </w:num>
  <w:num w:numId="20" w16cid:durableId="988441364">
    <w:abstractNumId w:val="13"/>
  </w:num>
  <w:num w:numId="21" w16cid:durableId="1267615182">
    <w:abstractNumId w:val="19"/>
  </w:num>
  <w:num w:numId="22" w16cid:durableId="1842156099">
    <w:abstractNumId w:val="17"/>
  </w:num>
  <w:num w:numId="23" w16cid:durableId="695011229">
    <w:abstractNumId w:val="16"/>
  </w:num>
  <w:num w:numId="24" w16cid:durableId="72317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3FFB"/>
    <w:rsid w:val="0015074B"/>
    <w:rsid w:val="00160B2F"/>
    <w:rsid w:val="001648D9"/>
    <w:rsid w:val="002859C5"/>
    <w:rsid w:val="0029639D"/>
    <w:rsid w:val="00326F90"/>
    <w:rsid w:val="0065219E"/>
    <w:rsid w:val="007E23D2"/>
    <w:rsid w:val="00825829"/>
    <w:rsid w:val="0090794A"/>
    <w:rsid w:val="00952193"/>
    <w:rsid w:val="00AA1D8D"/>
    <w:rsid w:val="00AC08BB"/>
    <w:rsid w:val="00B47730"/>
    <w:rsid w:val="00B80EDC"/>
    <w:rsid w:val="00C210D3"/>
    <w:rsid w:val="00CB0664"/>
    <w:rsid w:val="00D82238"/>
    <w:rsid w:val="00E031DC"/>
    <w:rsid w:val="00F50E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366302"/>
  <w14:defaultImageDpi w14:val="300"/>
  <w15:docId w15:val="{2C23A114-CB6C-2346-B04F-AEF3A68D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94A"/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822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0E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82238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0EDC"/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567</Words>
  <Characters>3071</Characters>
  <Application>Microsoft Office Word</Application>
  <DocSecurity>0</DocSecurity>
  <Lines>116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Timothy Lord</cp:lastModifiedBy>
  <cp:revision>11</cp:revision>
  <dcterms:created xsi:type="dcterms:W3CDTF">2026-03-10T15:32:00Z</dcterms:created>
  <dcterms:modified xsi:type="dcterms:W3CDTF">2026-04-22T20:10:00Z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3e7e24-da1e-4dc5-86a8-3e27579e4b5e_Enabled">
    <vt:lpwstr>true</vt:lpwstr>
  </property>
  <property fmtid="{D5CDD505-2E9C-101B-9397-08002B2CF9AE}" pid="3" name="MSIP_Label_c03e7e24-da1e-4dc5-86a8-3e27579e4b5e_SetDate">
    <vt:lpwstr>2026-03-10T15:32:43Z</vt:lpwstr>
  </property>
  <property fmtid="{D5CDD505-2E9C-101B-9397-08002B2CF9AE}" pid="4" name="MSIP_Label_c03e7e24-da1e-4dc5-86a8-3e27579e4b5e_Method">
    <vt:lpwstr>Standard</vt:lpwstr>
  </property>
  <property fmtid="{D5CDD505-2E9C-101B-9397-08002B2CF9AE}" pid="5" name="MSIP_Label_c03e7e24-da1e-4dc5-86a8-3e27579e4b5e_Name">
    <vt:lpwstr>defa4170-0d19-0005-0004-bc88714345d2</vt:lpwstr>
  </property>
  <property fmtid="{D5CDD505-2E9C-101B-9397-08002B2CF9AE}" pid="6" name="MSIP_Label_c03e7e24-da1e-4dc5-86a8-3e27579e4b5e_SiteId">
    <vt:lpwstr>de3f0098-033f-4b4a-b991-2b781283d90e</vt:lpwstr>
  </property>
  <property fmtid="{D5CDD505-2E9C-101B-9397-08002B2CF9AE}" pid="7" name="MSIP_Label_c03e7e24-da1e-4dc5-86a8-3e27579e4b5e_ActionId">
    <vt:lpwstr>6cad93f3-23e9-4715-a46d-d2b1d26dd174</vt:lpwstr>
  </property>
  <property fmtid="{D5CDD505-2E9C-101B-9397-08002B2CF9AE}" pid="8" name="MSIP_Label_c03e7e24-da1e-4dc5-86a8-3e27579e4b5e_ContentBits">
    <vt:lpwstr>0</vt:lpwstr>
  </property>
  <property fmtid="{D5CDD505-2E9C-101B-9397-08002B2CF9AE}" pid="9" name="MSIP_Label_c03e7e24-da1e-4dc5-86a8-3e27579e4b5e_Tag">
    <vt:lpwstr>50, 3, 0, 1</vt:lpwstr>
  </property>
</Properties>
</file>